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256"/>
        <w:gridCol w:w="5256"/>
      </w:tblGrid>
      <w:tr w:rsidR="00455753" w14:paraId="6DD55B76" w14:textId="77777777">
        <w:trPr>
          <w:jc w:val="center"/>
        </w:trPr>
        <w:tc>
          <w:tcPr>
            <w:tcW w:w="5256" w:type="dxa"/>
            <w:vAlign w:val="center"/>
          </w:tcPr>
          <w:p w14:paraId="111883A8" w14:textId="77777777" w:rsidR="00455753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7E2809A" wp14:editId="676C48F4">
                  <wp:extent cx="1536192" cy="153619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ColorTextBelow (1)(20260908-103532)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192" cy="1536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6" w:type="dxa"/>
            <w:vAlign w:val="center"/>
          </w:tcPr>
          <w:p w14:paraId="747F7568" w14:textId="77777777" w:rsidR="00455753" w:rsidRDefault="00000000">
            <w:pPr>
              <w:jc w:val="center"/>
            </w:pPr>
            <w:r>
              <w:rPr>
                <w:rFonts w:ascii="Aptos Display" w:hAnsi="Aptos Display"/>
                <w:b/>
                <w:color w:val="304A6A"/>
                <w:sz w:val="47"/>
              </w:rPr>
              <w:t>RESERVE YOUR PLACE</w:t>
            </w:r>
          </w:p>
          <w:p w14:paraId="58C80B85" w14:textId="77777777" w:rsidR="00455753" w:rsidRDefault="00000000">
            <w:pPr>
              <w:spacing w:after="0"/>
              <w:jc w:val="center"/>
            </w:pPr>
            <w:r>
              <w:rPr>
                <w:b/>
                <w:color w:val="A2C460"/>
                <w:sz w:val="27"/>
              </w:rPr>
              <w:t>MUSIC OPPORTUNITIES @ ALDERMAN JACOBS</w:t>
            </w:r>
          </w:p>
          <w:p w14:paraId="0D6EC702" w14:textId="77777777" w:rsidR="00455753" w:rsidRDefault="00000000">
            <w:pPr>
              <w:spacing w:after="0"/>
              <w:jc w:val="center"/>
            </w:pPr>
            <w:r>
              <w:rPr>
                <w:i/>
                <w:color w:val="5D7191"/>
                <w:sz w:val="22"/>
              </w:rPr>
              <w:t>Instrumental Lessons through JMP Music</w:t>
            </w:r>
          </w:p>
        </w:tc>
      </w:tr>
    </w:tbl>
    <w:p w14:paraId="2D229F80" w14:textId="77777777" w:rsidR="00455753" w:rsidRDefault="00000000">
      <w:pPr>
        <w:spacing w:after="60"/>
      </w:pPr>
      <w:r>
        <w:rPr>
          <w:color w:val="A2C460"/>
          <w:sz w:val="13"/>
        </w:rPr>
        <w:t>━━━━━━━━━━━━━━━━━━━━━━━━━━━━━━━━━━━━━━━━━━━━━━━━━━━━━━━</w:t>
      </w:r>
    </w:p>
    <w:p w14:paraId="244DBF0E" w14:textId="77777777" w:rsidR="00455753" w:rsidRDefault="00000000">
      <w:pPr>
        <w:spacing w:after="40"/>
      </w:pPr>
      <w:r>
        <w:rPr>
          <w:b/>
          <w:color w:val="304A6A"/>
        </w:rPr>
        <w:t>Dear Parent/Guardian,</w:t>
      </w:r>
    </w:p>
    <w:p w14:paraId="55A72F7C" w14:textId="77777777" w:rsidR="00455753" w:rsidRDefault="00000000">
      <w:pPr>
        <w:spacing w:after="100" w:line="240" w:lineRule="auto"/>
      </w:pPr>
      <w:r>
        <w:t xml:space="preserve">Alderman Jacobs Primary is pleased to announce that children have the opportunity to start instrumental music lessons through </w:t>
      </w:r>
      <w:r>
        <w:rPr>
          <w:b/>
          <w:color w:val="304A6A"/>
        </w:rPr>
        <w:t>JMP Music</w:t>
      </w:r>
      <w:r>
        <w:t>. JMP Music provides experienced and dedicated teachers who deliver tuition in a number of primary schools across a variety of instruments, with opportunities available for children who would like to start learning.</w:t>
      </w:r>
    </w:p>
    <w:p w14:paraId="09D5991E" w14:textId="77777777" w:rsidR="00455753" w:rsidRDefault="00000000">
      <w:pPr>
        <w:spacing w:after="60"/>
        <w:rPr>
          <w:b/>
          <w:color w:val="304A6A"/>
          <w:sz w:val="27"/>
        </w:rPr>
      </w:pPr>
      <w:r>
        <w:rPr>
          <w:b/>
          <w:color w:val="304A6A"/>
          <w:sz w:val="27"/>
        </w:rPr>
        <w:t>Instrument Choices</w:t>
      </w:r>
    </w:p>
    <w:p w14:paraId="169D048E" w14:textId="77777777" w:rsidR="00385AD6" w:rsidRDefault="00385AD6">
      <w:pPr>
        <w:spacing w:after="60"/>
      </w:pPr>
    </w:p>
    <w:tbl>
      <w:tblPr>
        <w:tblW w:w="7796" w:type="dxa"/>
        <w:jc w:val="center"/>
        <w:tblLayout w:type="fixed"/>
        <w:tblLook w:val="04A0" w:firstRow="1" w:lastRow="0" w:firstColumn="1" w:lastColumn="0" w:noHBand="0" w:noVBand="1"/>
      </w:tblPr>
      <w:tblGrid>
        <w:gridCol w:w="3827"/>
        <w:gridCol w:w="3969"/>
      </w:tblGrid>
      <w:tr w:rsidR="00455753" w14:paraId="05543BE5" w14:textId="77777777" w:rsidTr="00385AD6">
        <w:trPr>
          <w:jc w:val="center"/>
        </w:trPr>
        <w:tc>
          <w:tcPr>
            <w:tcW w:w="3827" w:type="dxa"/>
            <w:shd w:val="clear" w:color="auto" w:fill="30506A"/>
          </w:tcPr>
          <w:p w14:paraId="625FCB0B" w14:textId="77777777" w:rsidR="00455753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Instrument</w:t>
            </w:r>
          </w:p>
        </w:tc>
        <w:tc>
          <w:tcPr>
            <w:tcW w:w="3969" w:type="dxa"/>
            <w:shd w:val="clear" w:color="auto" w:fill="30506A"/>
          </w:tcPr>
          <w:p w14:paraId="0FFD5937" w14:textId="77777777" w:rsidR="00455753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Year Groups</w:t>
            </w:r>
          </w:p>
        </w:tc>
      </w:tr>
      <w:tr w:rsidR="00455753" w14:paraId="0544D74D" w14:textId="77777777" w:rsidTr="00385AD6">
        <w:trPr>
          <w:trHeight w:val="389"/>
          <w:jc w:val="center"/>
        </w:trPr>
        <w:tc>
          <w:tcPr>
            <w:tcW w:w="3827" w:type="dxa"/>
            <w:tcBorders>
              <w:top w:val="single" w:sz="6" w:space="0" w:color="D9E2C7"/>
              <w:left w:val="single" w:sz="6" w:space="0" w:color="D9E2C7"/>
              <w:bottom w:val="single" w:sz="6" w:space="0" w:color="D9E2C7"/>
              <w:right w:val="single" w:sz="6" w:space="0" w:color="D9E2C7"/>
            </w:tcBorders>
            <w:shd w:val="clear" w:color="auto" w:fill="EEF4DF"/>
            <w:vAlign w:val="center"/>
          </w:tcPr>
          <w:p w14:paraId="0B8A7A6A" w14:textId="77777777" w:rsidR="00455753" w:rsidRDefault="00000000">
            <w:pPr>
              <w:spacing w:after="0"/>
            </w:pPr>
            <w:r>
              <w:rPr>
                <w:sz w:val="18"/>
              </w:rPr>
              <w:t>Piano</w:t>
            </w:r>
          </w:p>
        </w:tc>
        <w:tc>
          <w:tcPr>
            <w:tcW w:w="3969" w:type="dxa"/>
            <w:tcBorders>
              <w:top w:val="single" w:sz="6" w:space="0" w:color="D9E2C7"/>
              <w:left w:val="single" w:sz="6" w:space="0" w:color="D9E2C7"/>
              <w:bottom w:val="single" w:sz="6" w:space="0" w:color="D9E2C7"/>
              <w:right w:val="single" w:sz="6" w:space="0" w:color="D9E2C7"/>
            </w:tcBorders>
            <w:shd w:val="clear" w:color="auto" w:fill="EEF4DF"/>
            <w:vAlign w:val="center"/>
          </w:tcPr>
          <w:p w14:paraId="5A86ED27" w14:textId="77777777" w:rsidR="00455753" w:rsidRDefault="00000000">
            <w:pPr>
              <w:spacing w:after="0"/>
              <w:jc w:val="center"/>
            </w:pPr>
            <w:r>
              <w:rPr>
                <w:sz w:val="18"/>
              </w:rPr>
              <w:t>Years 1-6</w:t>
            </w:r>
          </w:p>
        </w:tc>
      </w:tr>
      <w:tr w:rsidR="00455753" w14:paraId="36A823E5" w14:textId="77777777" w:rsidTr="00385AD6">
        <w:trPr>
          <w:trHeight w:val="389"/>
          <w:jc w:val="center"/>
        </w:trPr>
        <w:tc>
          <w:tcPr>
            <w:tcW w:w="3827" w:type="dxa"/>
            <w:tcBorders>
              <w:top w:val="single" w:sz="6" w:space="0" w:color="D9E2C7"/>
              <w:left w:val="single" w:sz="6" w:space="0" w:color="D9E2C7"/>
              <w:bottom w:val="single" w:sz="6" w:space="0" w:color="D9E2C7"/>
              <w:right w:val="single" w:sz="6" w:space="0" w:color="D9E2C7"/>
            </w:tcBorders>
            <w:shd w:val="clear" w:color="auto" w:fill="FFFFFF"/>
            <w:vAlign w:val="center"/>
          </w:tcPr>
          <w:p w14:paraId="3D044831" w14:textId="77777777" w:rsidR="00455753" w:rsidRDefault="00000000">
            <w:pPr>
              <w:spacing w:after="0"/>
            </w:pPr>
            <w:r>
              <w:rPr>
                <w:sz w:val="18"/>
              </w:rPr>
              <w:t>Keyboard</w:t>
            </w:r>
          </w:p>
        </w:tc>
        <w:tc>
          <w:tcPr>
            <w:tcW w:w="3969" w:type="dxa"/>
            <w:tcBorders>
              <w:top w:val="single" w:sz="6" w:space="0" w:color="D9E2C7"/>
              <w:left w:val="single" w:sz="6" w:space="0" w:color="D9E2C7"/>
              <w:bottom w:val="single" w:sz="6" w:space="0" w:color="D9E2C7"/>
              <w:right w:val="single" w:sz="6" w:space="0" w:color="D9E2C7"/>
            </w:tcBorders>
            <w:shd w:val="clear" w:color="auto" w:fill="FFFFFF"/>
            <w:vAlign w:val="center"/>
          </w:tcPr>
          <w:p w14:paraId="68524183" w14:textId="77777777" w:rsidR="00455753" w:rsidRDefault="00000000">
            <w:pPr>
              <w:spacing w:after="0"/>
              <w:jc w:val="center"/>
            </w:pPr>
            <w:r>
              <w:rPr>
                <w:sz w:val="18"/>
              </w:rPr>
              <w:t>Years 1-6</w:t>
            </w:r>
          </w:p>
        </w:tc>
      </w:tr>
      <w:tr w:rsidR="00455753" w14:paraId="7DD194C5" w14:textId="77777777" w:rsidTr="00385AD6">
        <w:trPr>
          <w:trHeight w:val="389"/>
          <w:jc w:val="center"/>
        </w:trPr>
        <w:tc>
          <w:tcPr>
            <w:tcW w:w="3827" w:type="dxa"/>
            <w:tcBorders>
              <w:top w:val="single" w:sz="6" w:space="0" w:color="D9E2C7"/>
              <w:left w:val="single" w:sz="6" w:space="0" w:color="D9E2C7"/>
              <w:bottom w:val="single" w:sz="6" w:space="0" w:color="D9E2C7"/>
              <w:right w:val="single" w:sz="6" w:space="0" w:color="D9E2C7"/>
            </w:tcBorders>
            <w:shd w:val="clear" w:color="auto" w:fill="EEF4DF"/>
            <w:vAlign w:val="center"/>
          </w:tcPr>
          <w:p w14:paraId="6B75D1D8" w14:textId="77777777" w:rsidR="00455753" w:rsidRDefault="00000000">
            <w:pPr>
              <w:spacing w:after="0"/>
            </w:pPr>
            <w:r>
              <w:rPr>
                <w:sz w:val="18"/>
              </w:rPr>
              <w:t>Clarinet</w:t>
            </w:r>
          </w:p>
        </w:tc>
        <w:tc>
          <w:tcPr>
            <w:tcW w:w="3969" w:type="dxa"/>
            <w:tcBorders>
              <w:top w:val="single" w:sz="6" w:space="0" w:color="D9E2C7"/>
              <w:left w:val="single" w:sz="6" w:space="0" w:color="D9E2C7"/>
              <w:bottom w:val="single" w:sz="6" w:space="0" w:color="D9E2C7"/>
              <w:right w:val="single" w:sz="6" w:space="0" w:color="D9E2C7"/>
            </w:tcBorders>
            <w:shd w:val="clear" w:color="auto" w:fill="EEF4DF"/>
            <w:vAlign w:val="center"/>
          </w:tcPr>
          <w:p w14:paraId="22003A84" w14:textId="77777777" w:rsidR="00455753" w:rsidRDefault="00000000">
            <w:pPr>
              <w:spacing w:after="0"/>
              <w:jc w:val="center"/>
            </w:pPr>
            <w:r>
              <w:rPr>
                <w:sz w:val="18"/>
              </w:rPr>
              <w:t>Years 3-6</w:t>
            </w:r>
          </w:p>
        </w:tc>
      </w:tr>
      <w:tr w:rsidR="00455753" w14:paraId="7EA3A2B1" w14:textId="77777777" w:rsidTr="00385AD6">
        <w:trPr>
          <w:trHeight w:val="389"/>
          <w:jc w:val="center"/>
        </w:trPr>
        <w:tc>
          <w:tcPr>
            <w:tcW w:w="3827" w:type="dxa"/>
            <w:tcBorders>
              <w:top w:val="single" w:sz="6" w:space="0" w:color="D9E2C7"/>
              <w:left w:val="single" w:sz="6" w:space="0" w:color="D9E2C7"/>
              <w:bottom w:val="single" w:sz="6" w:space="0" w:color="D9E2C7"/>
              <w:right w:val="single" w:sz="6" w:space="0" w:color="D9E2C7"/>
            </w:tcBorders>
            <w:shd w:val="clear" w:color="auto" w:fill="FFFFFF"/>
            <w:vAlign w:val="center"/>
          </w:tcPr>
          <w:p w14:paraId="6C4539F5" w14:textId="77777777" w:rsidR="00455753" w:rsidRDefault="00000000">
            <w:pPr>
              <w:spacing w:after="0"/>
            </w:pPr>
            <w:r>
              <w:rPr>
                <w:sz w:val="18"/>
              </w:rPr>
              <w:t>Saxophone</w:t>
            </w:r>
          </w:p>
        </w:tc>
        <w:tc>
          <w:tcPr>
            <w:tcW w:w="3969" w:type="dxa"/>
            <w:tcBorders>
              <w:top w:val="single" w:sz="6" w:space="0" w:color="D9E2C7"/>
              <w:left w:val="single" w:sz="6" w:space="0" w:color="D9E2C7"/>
              <w:bottom w:val="single" w:sz="6" w:space="0" w:color="D9E2C7"/>
              <w:right w:val="single" w:sz="6" w:space="0" w:color="D9E2C7"/>
            </w:tcBorders>
            <w:shd w:val="clear" w:color="auto" w:fill="FFFFFF"/>
            <w:vAlign w:val="center"/>
          </w:tcPr>
          <w:p w14:paraId="36CD5787" w14:textId="77777777" w:rsidR="00455753" w:rsidRDefault="00000000">
            <w:pPr>
              <w:spacing w:after="0"/>
              <w:jc w:val="center"/>
            </w:pPr>
            <w:r>
              <w:rPr>
                <w:sz w:val="18"/>
              </w:rPr>
              <w:t>Years 3-6</w:t>
            </w:r>
          </w:p>
        </w:tc>
      </w:tr>
    </w:tbl>
    <w:p w14:paraId="4D36F215" w14:textId="77777777" w:rsidR="00385AD6" w:rsidRDefault="00385AD6">
      <w:pPr>
        <w:spacing w:after="40"/>
        <w:rPr>
          <w:b/>
          <w:color w:val="304A6A"/>
          <w:sz w:val="27"/>
        </w:rPr>
      </w:pPr>
    </w:p>
    <w:p w14:paraId="7B971753" w14:textId="0227D585" w:rsidR="00455753" w:rsidRDefault="00000000">
      <w:pPr>
        <w:spacing w:after="40"/>
      </w:pPr>
      <w:r>
        <w:rPr>
          <w:b/>
          <w:color w:val="304A6A"/>
          <w:sz w:val="27"/>
        </w:rPr>
        <w:t xml:space="preserve">How to </w:t>
      </w:r>
      <w:proofErr w:type="spellStart"/>
      <w:r>
        <w:rPr>
          <w:b/>
          <w:color w:val="304A6A"/>
          <w:sz w:val="27"/>
        </w:rPr>
        <w:t>Enrol</w:t>
      </w:r>
      <w:proofErr w:type="spellEnd"/>
    </w:p>
    <w:p w14:paraId="6E66C343" w14:textId="77777777" w:rsidR="00455753" w:rsidRDefault="00000000">
      <w:pPr>
        <w:spacing w:after="60"/>
      </w:pPr>
      <w:r>
        <w:t>If your child would like to start learning an instrument, please use the online enrolment link below: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512"/>
      </w:tblGrid>
      <w:tr w:rsidR="00455753" w14:paraId="62DF9A13" w14:textId="77777777">
        <w:trPr>
          <w:jc w:val="center"/>
        </w:trPr>
        <w:tc>
          <w:tcPr>
            <w:tcW w:w="10512" w:type="dxa"/>
            <w:tcBorders>
              <w:top w:val="single" w:sz="10" w:space="0" w:color="A2C460"/>
              <w:left w:val="single" w:sz="10" w:space="0" w:color="A2C460"/>
              <w:bottom w:val="single" w:sz="10" w:space="0" w:color="A2C460"/>
              <w:right w:val="single" w:sz="10" w:space="0" w:color="A2C460"/>
            </w:tcBorders>
            <w:shd w:val="clear" w:color="auto" w:fill="EEF4DF"/>
          </w:tcPr>
          <w:p w14:paraId="775DC1C5" w14:textId="77777777" w:rsidR="00455753" w:rsidRDefault="00000000">
            <w:pPr>
              <w:spacing w:before="40" w:after="40"/>
              <w:jc w:val="center"/>
            </w:pPr>
            <w:hyperlink r:id="rId9">
              <w:r>
                <w:rPr>
                  <w:b/>
                  <w:color w:val="30506A"/>
                </w:rPr>
                <w:t>CLICK HERE TO ENROL VIA SPEEDADMIN</w:t>
              </w:r>
            </w:hyperlink>
          </w:p>
        </w:tc>
      </w:tr>
    </w:tbl>
    <w:p w14:paraId="3726C051" w14:textId="77777777" w:rsidR="00455753" w:rsidRDefault="00000000">
      <w:pPr>
        <w:spacing w:after="10"/>
        <w:ind w:left="202" w:hanging="202"/>
      </w:pPr>
      <w:r>
        <w:rPr>
          <w:b/>
          <w:color w:val="A2C460"/>
        </w:rPr>
        <w:t xml:space="preserve">1. </w:t>
      </w:r>
      <w:r>
        <w:t>Select Alderman Jacobs via the Venue tab and choose ‘Primary’.</w:t>
      </w:r>
    </w:p>
    <w:p w14:paraId="64ACAF1A" w14:textId="77777777" w:rsidR="00455753" w:rsidRDefault="00000000">
      <w:pPr>
        <w:spacing w:after="10"/>
        <w:ind w:left="202" w:hanging="202"/>
      </w:pPr>
      <w:r>
        <w:rPr>
          <w:b/>
          <w:color w:val="A2C460"/>
        </w:rPr>
        <w:t xml:space="preserve">2. </w:t>
      </w:r>
      <w:r>
        <w:t>Select the instrument and click ‘Show more’.</w:t>
      </w:r>
    </w:p>
    <w:p w14:paraId="4FC663D1" w14:textId="77777777" w:rsidR="00455753" w:rsidRDefault="00000000">
      <w:pPr>
        <w:spacing w:after="10"/>
        <w:ind w:left="202" w:hanging="202"/>
      </w:pPr>
      <w:r>
        <w:rPr>
          <w:b/>
          <w:color w:val="A2C460"/>
        </w:rPr>
        <w:t xml:space="preserve">3. </w:t>
      </w:r>
      <w:r>
        <w:t>Select the lesson type and your preferred monthly or termly payment option.</w:t>
      </w:r>
    </w:p>
    <w:p w14:paraId="08F02DEF" w14:textId="77777777" w:rsidR="00455753" w:rsidRDefault="00000000">
      <w:pPr>
        <w:spacing w:after="10"/>
        <w:ind w:left="202" w:hanging="202"/>
      </w:pPr>
      <w:r>
        <w:rPr>
          <w:b/>
          <w:color w:val="A2C460"/>
        </w:rPr>
        <w:t xml:space="preserve">4. </w:t>
      </w:r>
      <w:r>
        <w:t>Click ‘Join waiting list’ to reserve your place.</w:t>
      </w:r>
    </w:p>
    <w:p w14:paraId="011ED79C" w14:textId="77777777" w:rsidR="00455753" w:rsidRDefault="00000000">
      <w:pPr>
        <w:spacing w:before="60" w:after="60"/>
      </w:pPr>
      <w:r>
        <w:rPr>
          <w:b/>
          <w:color w:val="304A6A"/>
        </w:rPr>
        <w:t>Spaces are limited</w:t>
      </w:r>
      <w:r>
        <w:t xml:space="preserve"> and will be allocated on a </w:t>
      </w:r>
      <w:r>
        <w:rPr>
          <w:b/>
        </w:rPr>
        <w:t>first come, first served basis</w:t>
      </w:r>
      <w:r>
        <w:t>, subject to teacher availability.</w:t>
      </w:r>
    </w:p>
    <w:p w14:paraId="19B29D78" w14:textId="77777777" w:rsidR="00385AD6" w:rsidRDefault="00385AD6">
      <w:pPr>
        <w:spacing w:before="60" w:after="60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492"/>
      </w:tblGrid>
      <w:tr w:rsidR="00455753" w14:paraId="007AF233" w14:textId="77777777">
        <w:trPr>
          <w:jc w:val="center"/>
        </w:trPr>
        <w:tc>
          <w:tcPr>
            <w:tcW w:w="10512" w:type="dxa"/>
            <w:tcBorders>
              <w:top w:val="single" w:sz="8" w:space="0" w:color="30506A"/>
              <w:left w:val="single" w:sz="8" w:space="0" w:color="30506A"/>
              <w:bottom w:val="single" w:sz="8" w:space="0" w:color="30506A"/>
              <w:right w:val="single" w:sz="8" w:space="0" w:color="30506A"/>
            </w:tcBorders>
            <w:shd w:val="clear" w:color="auto" w:fill="EEF2F7"/>
          </w:tcPr>
          <w:p w14:paraId="17422E7A" w14:textId="77777777" w:rsidR="00455753" w:rsidRDefault="00000000">
            <w:pPr>
              <w:spacing w:after="0"/>
              <w:jc w:val="center"/>
            </w:pPr>
            <w:r>
              <w:rPr>
                <w:b/>
                <w:color w:val="304A6A"/>
              </w:rPr>
              <w:t>Questions or further information?</w:t>
            </w:r>
          </w:p>
          <w:p w14:paraId="60FDB7A4" w14:textId="77777777" w:rsidR="00455753" w:rsidRDefault="00000000">
            <w:pPr>
              <w:spacing w:after="0"/>
              <w:jc w:val="center"/>
            </w:pPr>
            <w:r>
              <w:t xml:space="preserve">Email: </w:t>
            </w:r>
            <w:hyperlink r:id="rId10">
              <w:r>
                <w:rPr>
                  <w:color w:val="30506A"/>
                  <w:u w:val="single"/>
                </w:rPr>
                <w:t>jmp@jmpmusic.co.uk</w:t>
              </w:r>
            </w:hyperlink>
            <w:r>
              <w:t xml:space="preserve">   |   WhatsApp: 07949 188534   |   Website: </w:t>
            </w:r>
            <w:hyperlink r:id="rId11">
              <w:r>
                <w:rPr>
                  <w:color w:val="30506A"/>
                  <w:u w:val="single"/>
                </w:rPr>
                <w:t>www.jmpmusic.co.uk</w:t>
              </w:r>
            </w:hyperlink>
          </w:p>
        </w:tc>
      </w:tr>
    </w:tbl>
    <w:p w14:paraId="3E7177AD" w14:textId="77777777" w:rsidR="00385AD6" w:rsidRDefault="00385AD6">
      <w:pPr>
        <w:spacing w:after="0"/>
      </w:pPr>
    </w:p>
    <w:p w14:paraId="29A7728E" w14:textId="76D0AC5E" w:rsidR="00455753" w:rsidRDefault="00000000">
      <w:pPr>
        <w:spacing w:after="0"/>
      </w:pPr>
      <w:r>
        <w:t>Many thanks,</w:t>
      </w:r>
      <w:r>
        <w:br/>
      </w:r>
      <w:r>
        <w:rPr>
          <w:b/>
          <w:color w:val="304A6A"/>
        </w:rPr>
        <w:t>JMP Music</w:t>
      </w:r>
    </w:p>
    <w:sectPr w:rsidR="00455753" w:rsidSect="00034616">
      <w:footerReference w:type="default" r:id="rId12"/>
      <w:pgSz w:w="12240" w:h="15840"/>
      <w:pgMar w:top="605" w:right="864" w:bottom="605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3EA5B3A" w14:textId="77777777" w:rsidR="005D063D" w:rsidRDefault="005D063D">
      <w:pPr>
        <w:spacing w:after="0" w:line="240" w:lineRule="auto"/>
      </w:pPr>
      <w:r>
        <w:separator/>
      </w:r>
    </w:p>
  </w:endnote>
  <w:endnote w:type="continuationSeparator" w:id="0">
    <w:p w14:paraId="759A842E" w14:textId="77777777" w:rsidR="005D063D" w:rsidRDefault="005D0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BC32DBB" w14:textId="77777777" w:rsidR="00455753" w:rsidRDefault="00000000">
    <w:pPr>
      <w:pStyle w:val="Footer"/>
      <w:jc w:val="center"/>
    </w:pPr>
    <w:r>
      <w:rPr>
        <w:b/>
        <w:color w:val="304A6A"/>
        <w:sz w:val="16"/>
      </w:rPr>
      <w:t>JMP Music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5E8D963" w14:textId="77777777" w:rsidR="005D063D" w:rsidRDefault="005D063D">
      <w:pPr>
        <w:spacing w:after="0" w:line="240" w:lineRule="auto"/>
      </w:pPr>
      <w:r>
        <w:separator/>
      </w:r>
    </w:p>
  </w:footnote>
  <w:footnote w:type="continuationSeparator" w:id="0">
    <w:p w14:paraId="7A71118D" w14:textId="77777777" w:rsidR="005D063D" w:rsidRDefault="005D06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80228239">
    <w:abstractNumId w:val="8"/>
  </w:num>
  <w:num w:numId="2" w16cid:durableId="245893084">
    <w:abstractNumId w:val="6"/>
  </w:num>
  <w:num w:numId="3" w16cid:durableId="705911526">
    <w:abstractNumId w:val="5"/>
  </w:num>
  <w:num w:numId="4" w16cid:durableId="733628593">
    <w:abstractNumId w:val="4"/>
  </w:num>
  <w:num w:numId="5" w16cid:durableId="1090200260">
    <w:abstractNumId w:val="7"/>
  </w:num>
  <w:num w:numId="6" w16cid:durableId="356778608">
    <w:abstractNumId w:val="3"/>
  </w:num>
  <w:num w:numId="7" w16cid:durableId="483007307">
    <w:abstractNumId w:val="2"/>
  </w:num>
  <w:num w:numId="8" w16cid:durableId="756246860">
    <w:abstractNumId w:val="1"/>
  </w:num>
  <w:num w:numId="9" w16cid:durableId="32736380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85AD6"/>
    <w:rsid w:val="00455753"/>
    <w:rsid w:val="005D063D"/>
    <w:rsid w:val="00932A24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F1A879"/>
  <w14:defaultImageDpi w14:val="300"/>
  <w15:docId w15:val="{30895F7A-5DA0-0745-AC26-135C0282E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jmpmusic.co.u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jmp@jmpmusic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jmpmusic.speedadmin.dk/play/catalogue/cours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1257</Characters>
  <Application>Microsoft Office Word</Application>
  <DocSecurity>0</DocSecurity>
  <Lines>34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Susan Whaley</cp:lastModifiedBy>
  <cp:revision>2</cp:revision>
  <dcterms:created xsi:type="dcterms:W3CDTF">2026-09-08T11:19:00Z</dcterms:created>
  <dcterms:modified xsi:type="dcterms:W3CDTF">2026-09-08T11:19:00Z</dcterms:modified>
  <cp:category/>
</cp:coreProperties>
</file>